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נושאי לשון – לקראת מבדק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המושגים המרכזיים בנושאי חלקי הדיבר, הפועל, צירופים ומאזכרים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סימני פיסוק, ניבים וסוגי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למבדקים המסכמים ביחידות הלשון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מילות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פעולה או 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מילים שהשניה מגדירה את הראשונה בלי מילת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של המאזכר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סימן שאלה מציין שאלה, סימן קריאה מציין רגש או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טקסט טיעוני מציג עמדה ונימוקים התומכים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ליצור אווירה 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טקסט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(משכנע את הקורא בעמדה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(מוסר לקורא מידע עובדתי)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עלילה עם דמויות ואירועים)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(מסביר כיצד לבצע פעולה שלב אחר שלב)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חשוב לקרוא ספרים כי הקריאה מרחיבה את אוצר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בניב מתאים ובמאזכר שמתייחס למילה קודמת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 או אדם,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מאזכר חוזר על מידע שהוזכר כבר כדי למנוע חזרה מיותרת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קריאה לביטוי רגש או קריאה, נקודתיים לפני רשימה או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לתחנות לפי נושא ולתת לכל קבוצה תחנה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הניבים בעל פה לפני התרגיל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להשמיט את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נושאי לשון – לקראת מבדק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קצרים על כל נושאי הלשון שלומדים. זה עוזר להתכונן למבחן.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חלקי הדיבר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הסוגים של המילים בעברית, כמו שם עצם ופועל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שתי מילים שהשניה משלימה את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שחוזרת על מידע שכבר הוזכר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שהמשמעות שלו שונה מהמשמעות המילולית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טיעוני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שמציג עמדה ונימוקים התומכים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שעוזרים להבין את המשפט, כמו נקודה ופסיק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ותוארו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שם עצם ומילת תואר המתארת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של דבר או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למילה שמתארת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אל עם מן הן אילו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מבטא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או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יחס בין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"ספר הילד" הוא צירוף סמיכות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מילה החוזרת על מידע שכבר הוזכר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משמש לציין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שמשמעותו שונה מהמשמעות המילולית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טיעוני מציג רק עובדות בלי עמדה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הביטוי "לשבור את הקרח" פירושו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משפט חיווי רגיל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רשימה של פרטים נהוג לשים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הצירוף "ילקוט התלמיד" הוא צירוף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שבאה במקום שם שהוזכר כבר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טקסט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עלילה עם דמויות ואירועים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 כיצד לבצע פעולה שלב אחר 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סיפורי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מוסר לקורא מידע עובדתי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הנחיות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משכנע את הקורא בעמדה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טיעון התומך בחשיבות הקריאה, וכללו בו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(3-4 משפטים) המשתמשת בניב אחד ובמאזכר אחד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עצם לתואר?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מאזכר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בסימן קריאה ומתי בנקודתיים?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סיכום נושאי לשון – לקראת מבדק מסכם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