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סיכום נושאי לשון – לקראת מבדק מסכם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המושגים המרכזיים בנושאי חלקי הדיבר, הפועל, צירופים ומאזכרים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סימני פיסוק, ניבים וסוגי 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למבדקים המסכמים ביחידות הלשון השונות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חלקי הדיבר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תפקידו של המאזכר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ניב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ליצור אווירה נעימה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טקסט למטרתו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(משכנע את הקורא בעמדה מסוימת)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(מוסר לקורא מידע עובדתי)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חשוב לקרוא ספרים כי הקריאה מרחיבה את אוצר המילים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מציין דבר או אדם, תואר מתאר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מאזכר חוזר על מידע שהוזכר כבר כדי למנוע חזרה מיותרת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סימן קריאה לביטוי רגש או קריאה, נקודתיים לפני רשימה או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לתחנות לפי נושא ולתת לכל קבוצה תחנה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הניבים בעל פה לפני התרגיל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להשמיט את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סיכום נושאי לשון – לקראת מבדק מסכם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מרכז תרגול קצר בכל אחד מהנושאים הנבחנים במבדקים המסכמים: חלקי הדיבר, הפועל, צירופים, מאזכרים, פיסוק, ניבים, סוגי טקסטים וכתיבת טיעון.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נקודה  ·  ליצור אווירה נעימה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חלקי הדיבר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מהמילים הבאה היא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מילה המתארת שם עצם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מילת יחס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מאזכר הוא מילה החוזרת על מידע שכבר הוזכר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ניב הוא צירוף מילים שמשמעותו שונה מהמשמעות המילולית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הביטוי "לשבור את הקרח" פירושו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בסוף משפט חיווי רגיל שמים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סוג טקסט למטרתו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טקסט טיעוני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מוסר לקורא מידע עובדתי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טקסט מידעי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משכנע את הקורא בעמדה מסוימת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טיעון התומך בחשיבות הקריאה, וכללו בו נימוק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שם עצם לתואר?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תפקידו של מאזכר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סיכום נושאי לשון – לקראת מבדק מסכם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